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5510" w14:textId="77777777" w:rsidR="00741926" w:rsidRDefault="00044A22">
      <w:pPr>
        <w:spacing w:before="160" w:after="240"/>
        <w:jc w:val="center"/>
        <w:rPr>
          <w:lang w:eastAsia="ja-JP"/>
        </w:rPr>
      </w:pPr>
      <w:r>
        <w:rPr>
          <w:rFonts w:ascii="Hiragino Sans" w:hAnsi="Hiragino Sans"/>
          <w:b/>
          <w:color w:val="1B4D3E"/>
          <w:sz w:val="36"/>
          <w:lang w:eastAsia="ja-JP"/>
        </w:rPr>
        <w:t>ゴルフツーリズムコーディネーター養成講座</w:t>
      </w:r>
      <w:r>
        <w:rPr>
          <w:rFonts w:ascii="Hiragino Sans" w:hAnsi="Hiragino Sans"/>
          <w:b/>
          <w:color w:val="1B4D3E"/>
          <w:sz w:val="36"/>
          <w:lang w:eastAsia="ja-JP"/>
        </w:rPr>
        <w:br/>
      </w:r>
      <w:r>
        <w:rPr>
          <w:rFonts w:ascii="Hiragino Sans" w:hAnsi="Hiragino Sans"/>
          <w:b/>
          <w:color w:val="1B4D3E"/>
          <w:sz w:val="36"/>
          <w:lang w:eastAsia="ja-JP"/>
        </w:rPr>
        <w:t>受講申込書</w:t>
      </w:r>
    </w:p>
    <w:p w14:paraId="3DC93BDA" w14:textId="77777777" w:rsidR="00741926" w:rsidRDefault="00044A22">
      <w:pPr>
        <w:rPr>
          <w:lang w:eastAsia="ja-JP"/>
        </w:rPr>
      </w:pPr>
      <w:r>
        <w:rPr>
          <w:color w:val="646E69"/>
          <w:sz w:val="18"/>
          <w:lang w:eastAsia="ja-JP"/>
        </w:rPr>
        <w:t>※</w:t>
      </w:r>
      <w:r>
        <w:rPr>
          <w:color w:val="646E69"/>
          <w:sz w:val="18"/>
          <w:lang w:eastAsia="ja-JP"/>
        </w:rPr>
        <w:t>「必須」印の項目は必ずご記入ください。</w:t>
      </w:r>
      <w:r>
        <w:rPr>
          <w:color w:val="646E69"/>
          <w:sz w:val="18"/>
          <w:lang w:eastAsia="ja-JP"/>
        </w:rPr>
        <w:br/>
        <w:t>※</w:t>
      </w:r>
      <w:r>
        <w:rPr>
          <w:color w:val="646E69"/>
          <w:sz w:val="18"/>
          <w:lang w:eastAsia="ja-JP"/>
        </w:rPr>
        <w:t>ご記入いただいた個人情報は、本講座の運営および連絡目的以外には使用いたしません。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6624"/>
      </w:tblGrid>
      <w:tr w:rsidR="00741926" w14:paraId="7404E465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09E98B" w14:textId="77777777" w:rsidR="00741926" w:rsidRDefault="00044A22">
            <w:pPr>
              <w:spacing w:before="60" w:after="60"/>
            </w:pPr>
            <w:proofErr w:type="spellStart"/>
            <w:r>
              <w:rPr>
                <w:b/>
                <w:color w:val="1B4D3E"/>
                <w:sz w:val="19"/>
              </w:rPr>
              <w:t>申込年月日</w:t>
            </w:r>
            <w:proofErr w:type="spellEnd"/>
            <w:r>
              <w:rPr>
                <w:b/>
                <w:color w:val="1B4D3E"/>
                <w:sz w:val="19"/>
              </w:rPr>
              <w:t xml:space="preserve"> ※</w:t>
            </w:r>
            <w:proofErr w:type="spellStart"/>
            <w:r>
              <w:rPr>
                <w:b/>
                <w:color w:val="1B4D3E"/>
                <w:sz w:val="19"/>
              </w:rPr>
              <w:t>必須</w:t>
            </w:r>
            <w:proofErr w:type="spellEnd"/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51610C" w14:textId="77777777" w:rsidR="00741926" w:rsidRDefault="00044A22">
            <w:pPr>
              <w:spacing w:before="60" w:after="60"/>
            </w:pPr>
            <w:proofErr w:type="gramStart"/>
            <w:r>
              <w:rPr>
                <w:color w:val="333333"/>
                <w:sz w:val="19"/>
              </w:rPr>
              <w:t>令和　　年</w:t>
            </w:r>
            <w:proofErr w:type="gramEnd"/>
            <w:r>
              <w:rPr>
                <w:color w:val="333333"/>
                <w:sz w:val="19"/>
              </w:rPr>
              <w:t xml:space="preserve">　　</w:t>
            </w:r>
            <w:proofErr w:type="gramStart"/>
            <w:r>
              <w:rPr>
                <w:color w:val="333333"/>
                <w:sz w:val="19"/>
              </w:rPr>
              <w:t>月　　日</w:t>
            </w:r>
            <w:proofErr w:type="gramEnd"/>
          </w:p>
        </w:tc>
      </w:tr>
      <w:tr w:rsidR="00741926" w14:paraId="479946A8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BAEB20" w14:textId="77777777" w:rsidR="00741926" w:rsidRDefault="00044A22">
            <w:pPr>
              <w:spacing w:before="60" w:after="60"/>
            </w:pPr>
            <w:r>
              <w:rPr>
                <w:b/>
                <w:color w:val="1B4D3E"/>
                <w:sz w:val="19"/>
              </w:rPr>
              <w:t>フリガナ</w:t>
            </w:r>
            <w:r>
              <w:rPr>
                <w:b/>
                <w:color w:val="1B4D3E"/>
                <w:sz w:val="19"/>
              </w:rPr>
              <w:br/>
            </w:r>
            <w:r>
              <w:rPr>
                <w:b/>
                <w:color w:val="1B4D3E"/>
                <w:sz w:val="19"/>
              </w:rPr>
              <w:t>氏名</w:t>
            </w:r>
            <w:r>
              <w:rPr>
                <w:b/>
                <w:color w:val="1B4D3E"/>
                <w:sz w:val="19"/>
              </w:rPr>
              <w:t xml:space="preserve"> ※</w:t>
            </w:r>
            <w:r>
              <w:rPr>
                <w:b/>
                <w:color w:val="1B4D3E"/>
                <w:sz w:val="19"/>
              </w:rPr>
              <w:t>必須</w:t>
            </w:r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EA2EDD" w14:textId="77777777" w:rsidR="00741926" w:rsidRDefault="00741926">
            <w:pPr>
              <w:spacing w:before="60" w:after="60"/>
              <w:rPr>
                <w:lang w:eastAsia="ja-JP"/>
              </w:rPr>
            </w:pPr>
          </w:p>
          <w:p w14:paraId="6FDB3551" w14:textId="77777777" w:rsidR="0009186B" w:rsidRDefault="0009186B">
            <w:pPr>
              <w:spacing w:before="60" w:after="60"/>
              <w:rPr>
                <w:lang w:eastAsia="ja-JP"/>
              </w:rPr>
            </w:pPr>
          </w:p>
        </w:tc>
      </w:tr>
      <w:tr w:rsidR="00741926" w14:paraId="56861387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3879F7" w14:textId="77777777" w:rsidR="00741926" w:rsidRDefault="00044A22">
            <w:pPr>
              <w:spacing w:before="60" w:after="60"/>
            </w:pPr>
            <w:r>
              <w:rPr>
                <w:b/>
                <w:color w:val="1B4D3E"/>
                <w:sz w:val="19"/>
              </w:rPr>
              <w:t>年齢</w:t>
            </w:r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ABD7E4" w14:textId="77777777" w:rsidR="00741926" w:rsidRDefault="00044A22">
            <w:pPr>
              <w:spacing w:before="60" w:after="60"/>
            </w:pPr>
            <w:r>
              <w:rPr>
                <w:color w:val="333333"/>
                <w:sz w:val="19"/>
              </w:rPr>
              <w:t xml:space="preserve">　　歳</w:t>
            </w:r>
          </w:p>
        </w:tc>
      </w:tr>
      <w:tr w:rsidR="00741926" w14:paraId="572FB12A" w14:textId="77777777" w:rsidTr="00F45B01">
        <w:trPr>
          <w:cantSplit/>
          <w:trHeight w:val="1010"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A809BE" w14:textId="77777777" w:rsidR="00741926" w:rsidRDefault="00044A22">
            <w:pPr>
              <w:spacing w:before="60" w:after="60"/>
            </w:pPr>
            <w:proofErr w:type="spellStart"/>
            <w:r>
              <w:rPr>
                <w:b/>
                <w:color w:val="1B4D3E"/>
                <w:sz w:val="19"/>
              </w:rPr>
              <w:t>ご住所</w:t>
            </w:r>
            <w:proofErr w:type="spellEnd"/>
            <w:r>
              <w:rPr>
                <w:b/>
                <w:color w:val="1B4D3E"/>
                <w:sz w:val="19"/>
              </w:rPr>
              <w:t xml:space="preserve"> ※</w:t>
            </w:r>
            <w:proofErr w:type="spellStart"/>
            <w:r>
              <w:rPr>
                <w:b/>
                <w:color w:val="1B4D3E"/>
                <w:sz w:val="19"/>
              </w:rPr>
              <w:t>必須</w:t>
            </w:r>
            <w:proofErr w:type="spellEnd"/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8AA6D8" w14:textId="77777777" w:rsidR="00741926" w:rsidRDefault="00044A22">
            <w:pPr>
              <w:spacing w:before="60" w:after="60"/>
            </w:pPr>
            <w:r>
              <w:rPr>
                <w:color w:val="333333"/>
                <w:sz w:val="19"/>
              </w:rPr>
              <w:t>〒</w:t>
            </w:r>
            <w:r>
              <w:rPr>
                <w:color w:val="333333"/>
                <w:sz w:val="19"/>
              </w:rPr>
              <w:br/>
            </w:r>
          </w:p>
        </w:tc>
      </w:tr>
      <w:tr w:rsidR="00741926" w14:paraId="5EEF3104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AC8C78" w14:textId="77777777" w:rsidR="00741926" w:rsidRDefault="00044A22">
            <w:pPr>
              <w:spacing w:before="60" w:after="60"/>
            </w:pPr>
            <w:proofErr w:type="spellStart"/>
            <w:r>
              <w:rPr>
                <w:b/>
                <w:color w:val="1B4D3E"/>
                <w:sz w:val="19"/>
              </w:rPr>
              <w:t>連絡先</w:t>
            </w:r>
            <w:proofErr w:type="spellEnd"/>
            <w:r>
              <w:rPr>
                <w:b/>
                <w:color w:val="1B4D3E"/>
                <w:sz w:val="19"/>
              </w:rPr>
              <w:t xml:space="preserve"> ※</w:t>
            </w:r>
            <w:proofErr w:type="spellStart"/>
            <w:r>
              <w:rPr>
                <w:b/>
                <w:color w:val="1B4D3E"/>
                <w:sz w:val="19"/>
              </w:rPr>
              <w:t>必須</w:t>
            </w:r>
            <w:proofErr w:type="spellEnd"/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95CD3C" w14:textId="77777777" w:rsidR="00741926" w:rsidRDefault="00044A22">
            <w:pPr>
              <w:spacing w:before="60" w:after="60"/>
              <w:rPr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t>電話番号：</w:t>
            </w: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t>メールアドレス：</w:t>
            </w:r>
          </w:p>
        </w:tc>
      </w:tr>
      <w:tr w:rsidR="00741926" w14:paraId="5265F137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384577" w14:textId="77777777" w:rsidR="00741926" w:rsidRDefault="00044A22">
            <w:pPr>
              <w:spacing w:before="60" w:after="60"/>
            </w:pPr>
            <w:proofErr w:type="spellStart"/>
            <w:r>
              <w:rPr>
                <w:b/>
                <w:color w:val="1B4D3E"/>
                <w:sz w:val="19"/>
              </w:rPr>
              <w:t>現在の職業</w:t>
            </w:r>
            <w:proofErr w:type="spellEnd"/>
            <w:r>
              <w:rPr>
                <w:b/>
                <w:color w:val="1B4D3E"/>
                <w:sz w:val="19"/>
              </w:rPr>
              <w:t xml:space="preserve"> ※</w:t>
            </w:r>
            <w:proofErr w:type="spellStart"/>
            <w:r>
              <w:rPr>
                <w:b/>
                <w:color w:val="1B4D3E"/>
                <w:sz w:val="19"/>
              </w:rPr>
              <w:t>必須</w:t>
            </w:r>
            <w:proofErr w:type="spellEnd"/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CDA5FF" w14:textId="77777777" w:rsidR="00741926" w:rsidRDefault="00741926">
            <w:pPr>
              <w:spacing w:before="60" w:after="60"/>
            </w:pPr>
          </w:p>
        </w:tc>
      </w:tr>
      <w:tr w:rsidR="00741926" w14:paraId="473096FC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E3B30F" w14:textId="6F59A35D" w:rsidR="00741926" w:rsidRPr="00F45B01" w:rsidRDefault="00F45B01">
            <w:pPr>
              <w:spacing w:before="60" w:after="60"/>
              <w:rPr>
                <w:b/>
                <w:color w:val="1B4D3E"/>
                <w:sz w:val="19"/>
                <w:lang w:eastAsia="ja-JP"/>
              </w:rPr>
            </w:pPr>
            <w:r>
              <w:rPr>
                <w:rFonts w:hint="eastAsia"/>
                <w:b/>
                <w:color w:val="1B4D3E"/>
                <w:sz w:val="19"/>
                <w:lang w:eastAsia="ja-JP"/>
              </w:rPr>
              <w:t>有する資格</w:t>
            </w:r>
            <w:r w:rsidR="00044A22">
              <w:rPr>
                <w:b/>
                <w:color w:val="1B4D3E"/>
                <w:sz w:val="19"/>
                <w:lang w:eastAsia="ja-JP"/>
              </w:rPr>
              <w:t xml:space="preserve"> ※</w:t>
            </w:r>
            <w:r w:rsidR="00044A22">
              <w:rPr>
                <w:b/>
                <w:color w:val="1B4D3E"/>
                <w:sz w:val="19"/>
                <w:lang w:eastAsia="ja-JP"/>
              </w:rPr>
              <w:t>必須</w:t>
            </w:r>
            <w:r w:rsidR="00044A22">
              <w:rPr>
                <w:b/>
                <w:color w:val="1B4D3E"/>
                <w:sz w:val="19"/>
                <w:lang w:eastAsia="ja-JP"/>
              </w:rPr>
              <w:br/>
            </w:r>
            <w:r w:rsidR="00044A22">
              <w:rPr>
                <w:b/>
                <w:color w:val="1B4D3E"/>
                <w:sz w:val="19"/>
                <w:lang w:eastAsia="ja-JP"/>
              </w:rPr>
              <w:t>（</w:t>
            </w:r>
            <w:r>
              <w:rPr>
                <w:rFonts w:hint="eastAsia"/>
                <w:b/>
                <w:color w:val="1B4D3E"/>
                <w:sz w:val="19"/>
                <w:lang w:eastAsia="ja-JP"/>
              </w:rPr>
              <w:t>旅行業、旅行手配業</w:t>
            </w:r>
            <w:r w:rsidR="00044A22">
              <w:rPr>
                <w:b/>
                <w:color w:val="1B4D3E"/>
                <w:sz w:val="19"/>
                <w:lang w:eastAsia="ja-JP"/>
              </w:rPr>
              <w:t>・ゴルフ</w:t>
            </w:r>
            <w:r>
              <w:rPr>
                <w:rFonts w:hint="eastAsia"/>
                <w:b/>
                <w:color w:val="1B4D3E"/>
                <w:sz w:val="19"/>
                <w:lang w:eastAsia="ja-JP"/>
              </w:rPr>
              <w:t xml:space="preserve">　等</w:t>
            </w:r>
            <w:r w:rsidR="00044A22">
              <w:rPr>
                <w:b/>
                <w:color w:val="1B4D3E"/>
                <w:sz w:val="19"/>
                <w:lang w:eastAsia="ja-JP"/>
              </w:rPr>
              <w:t>）</w:t>
            </w:r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CB1FA0" w14:textId="77777777" w:rsidR="002358BF" w:rsidRDefault="00F45B01">
            <w:pPr>
              <w:spacing w:before="60" w:after="60"/>
              <w:rPr>
                <w:color w:val="333333"/>
                <w:sz w:val="19"/>
                <w:lang w:eastAsia="ja-JP"/>
              </w:rPr>
            </w:pPr>
            <w:r>
              <w:rPr>
                <w:rFonts w:hint="eastAsia"/>
                <w:color w:val="333333"/>
                <w:sz w:val="19"/>
                <w:lang w:eastAsia="ja-JP"/>
              </w:rPr>
              <w:t>（旅行業、旅行手配業、ティーチングプロ等、ゴルフツーリズムコーディネーターに関連する資格をご記入ください。）</w:t>
            </w:r>
          </w:p>
          <w:p w14:paraId="77A579CB" w14:textId="620F5F62" w:rsidR="00F45B01" w:rsidRDefault="00F45B01">
            <w:pPr>
              <w:spacing w:before="60" w:after="60"/>
              <w:rPr>
                <w:color w:val="333333"/>
                <w:sz w:val="19"/>
                <w:lang w:eastAsia="ja-JP"/>
              </w:rPr>
            </w:pPr>
            <w:r>
              <w:rPr>
                <w:rFonts w:hint="eastAsia"/>
                <w:color w:val="333333"/>
                <w:sz w:val="19"/>
                <w:lang w:eastAsia="ja-JP"/>
              </w:rPr>
              <w:t>※取得予定の方は、その旨をご記入ください。</w:t>
            </w:r>
          </w:p>
          <w:p w14:paraId="59590563" w14:textId="423B4A7D" w:rsidR="00741926" w:rsidRPr="00F45B01" w:rsidRDefault="00044A22">
            <w:pPr>
              <w:spacing w:before="60" w:after="60"/>
              <w:rPr>
                <w:color w:val="333333"/>
                <w:sz w:val="19"/>
              </w:rPr>
            </w:pPr>
            <w:r>
              <w:rPr>
                <w:color w:val="333333"/>
                <w:sz w:val="19"/>
              </w:rPr>
              <w:t>1.</w:t>
            </w:r>
            <w:r>
              <w:rPr>
                <w:color w:val="333333"/>
                <w:sz w:val="19"/>
              </w:rPr>
              <w:br/>
              <w:t>2.</w:t>
            </w:r>
            <w:r>
              <w:rPr>
                <w:color w:val="333333"/>
                <w:sz w:val="19"/>
              </w:rPr>
              <w:br/>
              <w:t>3.</w:t>
            </w:r>
            <w:r>
              <w:rPr>
                <w:color w:val="333333"/>
                <w:sz w:val="19"/>
              </w:rPr>
              <w:br/>
              <w:t>4.</w:t>
            </w:r>
          </w:p>
        </w:tc>
      </w:tr>
      <w:tr w:rsidR="00741926" w14:paraId="40C76BA5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1D0A3B" w14:textId="5B9B7EA9" w:rsidR="00741926" w:rsidRDefault="00044A22">
            <w:pPr>
              <w:spacing w:before="60" w:after="60"/>
              <w:rPr>
                <w:lang w:eastAsia="ja-JP"/>
              </w:rPr>
            </w:pPr>
            <w:r>
              <w:rPr>
                <w:b/>
                <w:color w:val="1B4D3E"/>
                <w:sz w:val="19"/>
                <w:lang w:eastAsia="ja-JP"/>
              </w:rPr>
              <w:t>海外経験・</w:t>
            </w:r>
            <w:r w:rsidR="00F45B01">
              <w:rPr>
                <w:rFonts w:hint="eastAsia"/>
                <w:b/>
                <w:color w:val="1B4D3E"/>
                <w:sz w:val="19"/>
                <w:lang w:eastAsia="ja-JP"/>
              </w:rPr>
              <w:t>語学</w:t>
            </w:r>
            <w:r>
              <w:rPr>
                <w:b/>
                <w:color w:val="1B4D3E"/>
                <w:sz w:val="19"/>
                <w:lang w:eastAsia="ja-JP"/>
              </w:rPr>
              <w:t>能力</w:t>
            </w:r>
            <w:r>
              <w:rPr>
                <w:b/>
                <w:color w:val="1B4D3E"/>
                <w:sz w:val="19"/>
                <w:lang w:eastAsia="ja-JP"/>
              </w:rPr>
              <w:t xml:space="preserve"> ※</w:t>
            </w:r>
            <w:r>
              <w:rPr>
                <w:b/>
                <w:color w:val="1B4D3E"/>
                <w:sz w:val="19"/>
                <w:lang w:eastAsia="ja-JP"/>
              </w:rPr>
              <w:t>必須</w:t>
            </w:r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42B1E1" w14:textId="77777777" w:rsidR="00E4168A" w:rsidRDefault="00044A22">
            <w:pPr>
              <w:spacing w:before="60" w:after="60"/>
              <w:rPr>
                <w:color w:val="333333"/>
                <w:sz w:val="19"/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t>（語学資格、海外滞在歴、業務での使用経験などをご記入ください）</w:t>
            </w:r>
            <w:r>
              <w:rPr>
                <w:color w:val="333333"/>
                <w:sz w:val="19"/>
                <w:lang w:eastAsia="ja-JP"/>
              </w:rPr>
              <w:br/>
            </w:r>
          </w:p>
          <w:p w14:paraId="234BCD0E" w14:textId="77777777" w:rsidR="00E4168A" w:rsidRDefault="00E4168A">
            <w:pPr>
              <w:spacing w:before="60" w:after="60"/>
              <w:rPr>
                <w:color w:val="333333"/>
                <w:sz w:val="19"/>
                <w:lang w:eastAsia="ja-JP"/>
              </w:rPr>
            </w:pPr>
          </w:p>
          <w:p w14:paraId="4C319751" w14:textId="77777777" w:rsidR="00741926" w:rsidRDefault="00044A22">
            <w:pPr>
              <w:spacing w:before="60" w:after="60"/>
              <w:rPr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br/>
            </w:r>
          </w:p>
          <w:p w14:paraId="2B1E3441" w14:textId="3CAF11D4" w:rsidR="00F45B01" w:rsidRDefault="00F45B01">
            <w:pPr>
              <w:spacing w:before="60" w:after="60"/>
              <w:rPr>
                <w:lang w:eastAsia="ja-JP"/>
              </w:rPr>
            </w:pPr>
          </w:p>
        </w:tc>
      </w:tr>
      <w:tr w:rsidR="00741926" w14:paraId="6B3B2A14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795E1A" w14:textId="77777777" w:rsidR="00741926" w:rsidRDefault="00044A22">
            <w:pPr>
              <w:spacing w:before="60" w:after="60"/>
              <w:rPr>
                <w:lang w:eastAsia="ja-JP"/>
              </w:rPr>
            </w:pPr>
            <w:r>
              <w:rPr>
                <w:b/>
                <w:color w:val="1B4D3E"/>
                <w:sz w:val="19"/>
                <w:lang w:eastAsia="ja-JP"/>
              </w:rPr>
              <w:lastRenderedPageBreak/>
              <w:t>今後の活動予定</w:t>
            </w:r>
            <w:r>
              <w:rPr>
                <w:b/>
                <w:color w:val="1B4D3E"/>
                <w:sz w:val="19"/>
                <w:lang w:eastAsia="ja-JP"/>
              </w:rPr>
              <w:t xml:space="preserve"> ※</w:t>
            </w:r>
            <w:r>
              <w:rPr>
                <w:b/>
                <w:color w:val="1B4D3E"/>
                <w:sz w:val="19"/>
                <w:lang w:eastAsia="ja-JP"/>
              </w:rPr>
              <w:t>必須</w:t>
            </w:r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A3E913" w14:textId="77777777" w:rsidR="00E4168A" w:rsidRDefault="00044A22">
            <w:pPr>
              <w:spacing w:before="60" w:after="60"/>
              <w:rPr>
                <w:color w:val="333333"/>
                <w:sz w:val="19"/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t>（受講後、ゴルフツーリズムコーディネーターとしてどのような活動を予定</w:t>
            </w:r>
            <w:r w:rsidR="00AB7CEE">
              <w:rPr>
                <w:rFonts w:hint="eastAsia"/>
                <w:color w:val="333333"/>
                <w:sz w:val="19"/>
                <w:lang w:eastAsia="ja-JP"/>
              </w:rPr>
              <w:t>または希望</w:t>
            </w:r>
            <w:r>
              <w:rPr>
                <w:color w:val="333333"/>
                <w:sz w:val="19"/>
                <w:lang w:eastAsia="ja-JP"/>
              </w:rPr>
              <w:t>されているかご記入ください）</w:t>
            </w: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br/>
            </w:r>
          </w:p>
          <w:p w14:paraId="4B284F65" w14:textId="77777777" w:rsidR="00E4168A" w:rsidRDefault="00E4168A">
            <w:pPr>
              <w:spacing w:before="60" w:after="60"/>
              <w:rPr>
                <w:color w:val="333333"/>
                <w:sz w:val="19"/>
                <w:lang w:eastAsia="ja-JP"/>
              </w:rPr>
            </w:pPr>
          </w:p>
          <w:p w14:paraId="741BD805" w14:textId="3C31521F" w:rsidR="00741926" w:rsidRDefault="00044A22">
            <w:pPr>
              <w:spacing w:before="60" w:after="60"/>
              <w:rPr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br/>
            </w:r>
          </w:p>
        </w:tc>
      </w:tr>
      <w:tr w:rsidR="00741926" w14:paraId="230F3FBF" w14:textId="77777777">
        <w:trPr>
          <w:cantSplit/>
          <w:jc w:val="center"/>
        </w:trPr>
        <w:tc>
          <w:tcPr>
            <w:tcW w:w="3024" w:type="dxa"/>
            <w:shd w:val="clear" w:color="auto" w:fill="F2F6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F01F49" w14:textId="2698C02B" w:rsidR="0009186B" w:rsidRDefault="0009186B">
            <w:pPr>
              <w:spacing w:before="60" w:after="60"/>
              <w:rPr>
                <w:b/>
                <w:color w:val="1B4D3E"/>
                <w:sz w:val="19"/>
                <w:lang w:eastAsia="ja-JP"/>
              </w:rPr>
            </w:pPr>
            <w:r>
              <w:rPr>
                <w:rFonts w:hint="eastAsia"/>
                <w:b/>
                <w:color w:val="1B4D3E"/>
                <w:sz w:val="19"/>
                <w:lang w:eastAsia="ja-JP"/>
              </w:rPr>
              <w:t>・ゴルフのプレー経験の有無</w:t>
            </w:r>
          </w:p>
          <w:p w14:paraId="57CA419E" w14:textId="01C19091" w:rsidR="0009186B" w:rsidRPr="0009186B" w:rsidRDefault="0009186B">
            <w:pPr>
              <w:spacing w:before="60" w:after="60"/>
              <w:rPr>
                <w:lang w:eastAsia="ja-JP"/>
              </w:rPr>
            </w:pPr>
            <w:r>
              <w:rPr>
                <w:rFonts w:hint="eastAsia"/>
                <w:b/>
                <w:color w:val="1B4D3E"/>
                <w:sz w:val="19"/>
                <w:lang w:eastAsia="ja-JP"/>
              </w:rPr>
              <w:t>・その他ご質問等があれば記載ください。</w:t>
            </w:r>
          </w:p>
        </w:tc>
        <w:tc>
          <w:tcPr>
            <w:tcW w:w="6624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EEE31A" w14:textId="77777777" w:rsidR="00741926" w:rsidRDefault="00044A22">
            <w:pPr>
              <w:spacing w:before="60" w:after="60"/>
              <w:rPr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br/>
            </w:r>
          </w:p>
          <w:p w14:paraId="7EA81DEB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  <w:p w14:paraId="537858E8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  <w:p w14:paraId="1B20E894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  <w:p w14:paraId="5517D7C1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  <w:p w14:paraId="7FE6589C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  <w:p w14:paraId="0013BF94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  <w:p w14:paraId="05442A16" w14:textId="77777777" w:rsidR="00E4168A" w:rsidRDefault="00E4168A">
            <w:pPr>
              <w:spacing w:before="60" w:after="60"/>
              <w:rPr>
                <w:lang w:eastAsia="ja-JP"/>
              </w:rPr>
            </w:pPr>
          </w:p>
        </w:tc>
      </w:tr>
    </w:tbl>
    <w:p w14:paraId="1A4C71F5" w14:textId="77777777" w:rsidR="00E4168A" w:rsidRDefault="00E4168A">
      <w:pPr>
        <w:spacing w:before="320" w:after="80"/>
        <w:rPr>
          <w:b/>
          <w:color w:val="1B4D3E"/>
          <w:sz w:val="21"/>
          <w:lang w:eastAsia="ja-JP"/>
        </w:rPr>
      </w:pPr>
    </w:p>
    <w:p w14:paraId="1B0D4D3E" w14:textId="764D9B51" w:rsidR="00741926" w:rsidRDefault="00044A22">
      <w:pPr>
        <w:spacing w:before="320" w:after="80"/>
      </w:pPr>
      <w:r>
        <w:rPr>
          <w:b/>
          <w:color w:val="1B4D3E"/>
          <w:sz w:val="21"/>
        </w:rPr>
        <w:t xml:space="preserve">■ </w:t>
      </w:r>
      <w:proofErr w:type="spellStart"/>
      <w:r>
        <w:rPr>
          <w:b/>
          <w:color w:val="1B4D3E"/>
          <w:sz w:val="21"/>
        </w:rPr>
        <w:t>お申込み・送付先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2"/>
      </w:tblGrid>
      <w:tr w:rsidR="00741926" w:rsidRPr="0009186B" w14:paraId="3AAC0E48" w14:textId="77777777">
        <w:trPr>
          <w:jc w:val="center"/>
        </w:trPr>
        <w:tc>
          <w:tcPr>
            <w:tcW w:w="9648" w:type="dxa"/>
            <w:tcBorders>
              <w:top w:val="single" w:sz="6" w:space="0" w:color="1B4D3E"/>
              <w:left w:val="single" w:sz="6" w:space="0" w:color="1B4D3E"/>
              <w:bottom w:val="single" w:sz="6" w:space="0" w:color="1B4D3E"/>
              <w:right w:val="single" w:sz="6" w:space="0" w:color="1B4D3E"/>
            </w:tcBorders>
            <w:shd w:val="clear" w:color="auto" w:fill="F2F6F4"/>
          </w:tcPr>
          <w:p w14:paraId="6859089B" w14:textId="250DBED0" w:rsidR="00741926" w:rsidRDefault="00044A22">
            <w:pPr>
              <w:spacing w:before="120" w:after="120"/>
              <w:rPr>
                <w:lang w:eastAsia="ja-JP"/>
              </w:rPr>
            </w:pPr>
            <w:r>
              <w:rPr>
                <w:color w:val="333333"/>
                <w:sz w:val="19"/>
                <w:lang w:eastAsia="ja-JP"/>
              </w:rPr>
              <w:t>上記必要事項をご記入の上、下記メールアドレス宛にファイル添付にてお送りください。</w:t>
            </w: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t>【送付先】</w:t>
            </w:r>
            <w:r w:rsidR="0009186B">
              <w:rPr>
                <w:rFonts w:hint="eastAsia"/>
                <w:color w:val="333333"/>
                <w:sz w:val="19"/>
                <w:lang w:eastAsia="ja-JP"/>
              </w:rPr>
              <w:t>ゴルフツーリズムコーディネーター養成事業</w:t>
            </w:r>
            <w:r>
              <w:rPr>
                <w:color w:val="333333"/>
                <w:sz w:val="19"/>
                <w:lang w:eastAsia="ja-JP"/>
              </w:rPr>
              <w:t>事務局</w:t>
            </w:r>
            <w:r w:rsidR="0009186B">
              <w:rPr>
                <w:rFonts w:hint="eastAsia"/>
                <w:color w:val="333333"/>
                <w:sz w:val="19"/>
                <w:lang w:eastAsia="ja-JP"/>
              </w:rPr>
              <w:t>（株）</w:t>
            </w:r>
            <w:r w:rsidR="0009186B">
              <w:rPr>
                <w:rFonts w:hint="eastAsia"/>
                <w:color w:val="333333"/>
                <w:sz w:val="19"/>
                <w:lang w:eastAsia="ja-JP"/>
              </w:rPr>
              <w:t>GTO</w:t>
            </w:r>
            <w:r w:rsidR="001815D2">
              <w:rPr>
                <w:rFonts w:hint="eastAsia"/>
                <w:color w:val="333333"/>
                <w:sz w:val="19"/>
                <w:lang w:eastAsia="ja-JP"/>
              </w:rPr>
              <w:t xml:space="preserve">　栂野（トガノ）</w:t>
            </w: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t>【</w:t>
            </w:r>
            <w:r>
              <w:rPr>
                <w:color w:val="333333"/>
                <w:sz w:val="19"/>
                <w:lang w:eastAsia="ja-JP"/>
              </w:rPr>
              <w:t>E-mail</w:t>
            </w:r>
            <w:r>
              <w:rPr>
                <w:color w:val="333333"/>
                <w:sz w:val="19"/>
                <w:lang w:eastAsia="ja-JP"/>
              </w:rPr>
              <w:t>】</w:t>
            </w:r>
            <w:r>
              <w:rPr>
                <w:color w:val="333333"/>
                <w:sz w:val="19"/>
                <w:lang w:eastAsia="ja-JP"/>
              </w:rPr>
              <w:t xml:space="preserve"> </w:t>
            </w:r>
            <w:r w:rsidR="00E66BD9">
              <w:rPr>
                <w:rFonts w:hint="eastAsia"/>
                <w:color w:val="333333"/>
                <w:sz w:val="19"/>
                <w:lang w:eastAsia="ja-JP"/>
              </w:rPr>
              <w:t>gto.togano@gmail.com</w:t>
            </w:r>
            <w:r>
              <w:rPr>
                <w:color w:val="333333"/>
                <w:sz w:val="19"/>
                <w:lang w:eastAsia="ja-JP"/>
              </w:rPr>
              <w:br/>
            </w:r>
            <w:r>
              <w:rPr>
                <w:color w:val="333333"/>
                <w:sz w:val="19"/>
                <w:lang w:eastAsia="ja-JP"/>
              </w:rPr>
              <w:t>【受付期間】</w:t>
            </w:r>
            <w:r>
              <w:rPr>
                <w:color w:val="333333"/>
                <w:sz w:val="19"/>
                <w:lang w:eastAsia="ja-JP"/>
              </w:rPr>
              <w:t xml:space="preserve"> </w:t>
            </w:r>
            <w:r>
              <w:rPr>
                <w:color w:val="333333"/>
                <w:sz w:val="19"/>
                <w:lang w:eastAsia="ja-JP"/>
              </w:rPr>
              <w:t>令和</w:t>
            </w:r>
            <w:r>
              <w:rPr>
                <w:color w:val="333333"/>
                <w:sz w:val="19"/>
                <w:lang w:eastAsia="ja-JP"/>
              </w:rPr>
              <w:t>8</w:t>
            </w:r>
            <w:r>
              <w:rPr>
                <w:color w:val="333333"/>
                <w:sz w:val="19"/>
                <w:lang w:eastAsia="ja-JP"/>
              </w:rPr>
              <w:t>年</w:t>
            </w:r>
            <w:r w:rsidR="002358BF">
              <w:rPr>
                <w:rFonts w:hint="eastAsia"/>
                <w:color w:val="333333"/>
                <w:sz w:val="19"/>
                <w:lang w:eastAsia="ja-JP"/>
              </w:rPr>
              <w:t>8</w:t>
            </w:r>
            <w:r>
              <w:rPr>
                <w:color w:val="333333"/>
                <w:sz w:val="19"/>
                <w:lang w:eastAsia="ja-JP"/>
              </w:rPr>
              <w:t>月</w:t>
            </w:r>
            <w:r w:rsidR="00462607">
              <w:rPr>
                <w:rFonts w:hint="eastAsia"/>
                <w:color w:val="333333"/>
                <w:sz w:val="19"/>
                <w:lang w:eastAsia="ja-JP"/>
              </w:rPr>
              <w:t>4</w:t>
            </w:r>
            <w:r>
              <w:rPr>
                <w:color w:val="333333"/>
                <w:sz w:val="19"/>
                <w:lang w:eastAsia="ja-JP"/>
              </w:rPr>
              <w:t>日（</w:t>
            </w:r>
            <w:r w:rsidR="00462607">
              <w:rPr>
                <w:rFonts w:hint="eastAsia"/>
                <w:color w:val="333333"/>
                <w:sz w:val="19"/>
                <w:lang w:eastAsia="ja-JP"/>
              </w:rPr>
              <w:t>火</w:t>
            </w:r>
            <w:r>
              <w:rPr>
                <w:color w:val="333333"/>
                <w:sz w:val="19"/>
                <w:lang w:eastAsia="ja-JP"/>
              </w:rPr>
              <w:t>）～</w:t>
            </w:r>
            <w:r>
              <w:rPr>
                <w:color w:val="333333"/>
                <w:sz w:val="19"/>
                <w:lang w:eastAsia="ja-JP"/>
              </w:rPr>
              <w:t xml:space="preserve"> 8</w:t>
            </w:r>
            <w:r>
              <w:rPr>
                <w:color w:val="333333"/>
                <w:sz w:val="19"/>
                <w:lang w:eastAsia="ja-JP"/>
              </w:rPr>
              <w:t>月</w:t>
            </w:r>
            <w:r>
              <w:rPr>
                <w:color w:val="333333"/>
                <w:sz w:val="19"/>
                <w:lang w:eastAsia="ja-JP"/>
              </w:rPr>
              <w:t>25</w:t>
            </w:r>
            <w:r>
              <w:rPr>
                <w:color w:val="333333"/>
                <w:sz w:val="19"/>
                <w:lang w:eastAsia="ja-JP"/>
              </w:rPr>
              <w:t>日（火）</w:t>
            </w:r>
          </w:p>
        </w:tc>
      </w:tr>
    </w:tbl>
    <w:p w14:paraId="54404A18" w14:textId="77777777" w:rsidR="005A4B75" w:rsidRPr="00462607" w:rsidRDefault="005A4B75">
      <w:pPr>
        <w:rPr>
          <w:lang w:eastAsia="ja-JP"/>
        </w:rPr>
      </w:pPr>
    </w:p>
    <w:sectPr w:rsidR="005A4B75" w:rsidRPr="00462607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iragino 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992585">
    <w:abstractNumId w:val="8"/>
  </w:num>
  <w:num w:numId="2" w16cid:durableId="2098357407">
    <w:abstractNumId w:val="6"/>
  </w:num>
  <w:num w:numId="3" w16cid:durableId="2124224926">
    <w:abstractNumId w:val="5"/>
  </w:num>
  <w:num w:numId="4" w16cid:durableId="1527673221">
    <w:abstractNumId w:val="4"/>
  </w:num>
  <w:num w:numId="5" w16cid:durableId="1961838565">
    <w:abstractNumId w:val="7"/>
  </w:num>
  <w:num w:numId="6" w16cid:durableId="1184132814">
    <w:abstractNumId w:val="3"/>
  </w:num>
  <w:num w:numId="7" w16cid:durableId="111100176">
    <w:abstractNumId w:val="2"/>
  </w:num>
  <w:num w:numId="8" w16cid:durableId="770590337">
    <w:abstractNumId w:val="1"/>
  </w:num>
  <w:num w:numId="9" w16cid:durableId="45753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A22"/>
    <w:rsid w:val="0006063C"/>
    <w:rsid w:val="0009186B"/>
    <w:rsid w:val="000F1559"/>
    <w:rsid w:val="0015074B"/>
    <w:rsid w:val="001815D2"/>
    <w:rsid w:val="002358BF"/>
    <w:rsid w:val="0029639D"/>
    <w:rsid w:val="0032482B"/>
    <w:rsid w:val="00326F90"/>
    <w:rsid w:val="00462607"/>
    <w:rsid w:val="005A4B75"/>
    <w:rsid w:val="00642223"/>
    <w:rsid w:val="00741926"/>
    <w:rsid w:val="008708E4"/>
    <w:rsid w:val="00A05815"/>
    <w:rsid w:val="00AA1D8D"/>
    <w:rsid w:val="00AB7CEE"/>
    <w:rsid w:val="00B47730"/>
    <w:rsid w:val="00C95793"/>
    <w:rsid w:val="00CB0664"/>
    <w:rsid w:val="00DC0D48"/>
    <w:rsid w:val="00E4168A"/>
    <w:rsid w:val="00E66BD9"/>
    <w:rsid w:val="00F45B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00"/>
  <w15:docId w15:val="{4F6A5C97-6DE2-41FC-AD61-CB23B973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minoshima</cp:lastModifiedBy>
  <cp:revision>3</cp:revision>
  <dcterms:created xsi:type="dcterms:W3CDTF">2026-08-03T01:48:00Z</dcterms:created>
  <dcterms:modified xsi:type="dcterms:W3CDTF">2026-08-04T07:37:00Z</dcterms:modified>
  <cp:category/>
</cp:coreProperties>
</file>